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BC15A0" w14:paraId="4231F5AC" w14:textId="77777777" w:rsidTr="007118B8">
        <w:trPr>
          <w:trHeight w:val="1585"/>
        </w:trPr>
        <w:tc>
          <w:tcPr>
            <w:tcW w:w="2115" w:type="dxa"/>
          </w:tcPr>
          <w:p w14:paraId="5C33AD66" w14:textId="77777777" w:rsidR="00BC15A0" w:rsidRDefault="00BC15A0" w:rsidP="007118B8">
            <w:r>
              <w:rPr>
                <w:noProof/>
              </w:rPr>
              <w:drawing>
                <wp:inline distT="0" distB="0" distL="0" distR="0" wp14:anchorId="57835B46" wp14:editId="65517E18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45900C3A" w14:textId="77777777" w:rsidR="00BC15A0" w:rsidRDefault="00BC15A0" w:rsidP="007118B8">
            <w:pPr>
              <w:spacing w:before="160"/>
              <w:jc w:val="center"/>
            </w:pPr>
            <w:r w:rsidRPr="00802F99">
              <w:rPr>
                <w:b/>
              </w:rPr>
              <w:t>T.C.</w:t>
            </w:r>
            <w:r w:rsidRPr="00802F99">
              <w:rPr>
                <w:b/>
              </w:rPr>
              <w:br/>
            </w:r>
            <w:r>
              <w:rPr>
                <w:b/>
              </w:rPr>
              <w:t>KAHRAMANMARAŞ SÜTÇÜ İMAM 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11AA90D8" w14:textId="3278BAAD" w:rsidR="00BC15A0" w:rsidRPr="00802F99" w:rsidRDefault="00BC15A0" w:rsidP="00BC15A0">
      <w:pPr>
        <w:pBdr>
          <w:bottom w:val="single" w:sz="10" w:space="0" w:color="C59C57"/>
        </w:pBdr>
        <w:spacing w:after="420"/>
        <w:jc w:val="center"/>
        <w:rPr>
          <w:b/>
          <w:bCs/>
        </w:rPr>
      </w:pPr>
      <w:r>
        <w:rPr>
          <w:b/>
          <w:bCs/>
        </w:rPr>
        <w:t>DERS ÇIKARMA</w:t>
      </w:r>
      <w:r w:rsidRPr="00802F99">
        <w:rPr>
          <w:b/>
          <w:bCs/>
        </w:rPr>
        <w:t xml:space="preserve"> DİLEKÇESİ</w:t>
      </w:r>
    </w:p>
    <w:p w14:paraId="3127D9A4" w14:textId="77777777" w:rsidR="006242F0" w:rsidRDefault="006242F0">
      <w:pPr>
        <w:spacing w:after="320"/>
        <w:jc w:val="center"/>
        <w:rPr>
          <w:b/>
        </w:rPr>
      </w:pPr>
    </w:p>
    <w:p w14:paraId="0833BC43" w14:textId="42617DE7" w:rsidR="00606584" w:rsidRDefault="00000000">
      <w:pPr>
        <w:spacing w:after="320"/>
        <w:jc w:val="center"/>
      </w:pPr>
      <w:r>
        <w:rPr>
          <w:b/>
        </w:rPr>
        <w:t>................................................ ANA BİLİM DALI BAŞKANLIĞINA</w:t>
      </w:r>
    </w:p>
    <w:p w14:paraId="65B13C5C" w14:textId="77777777" w:rsidR="00156726" w:rsidRDefault="00156726" w:rsidP="006242F0">
      <w:pPr>
        <w:spacing w:after="140"/>
        <w:ind w:firstLine="720"/>
        <w:jc w:val="both"/>
      </w:pPr>
      <w:r>
        <w:t>Ana Bilim Dalınızın ................................ numaralı………………………….. Tezli Yüksek Lisans/Tezsiz Yüksek Lisans/Doktora programı öğrencisiyim. Daha önce ders kaydı yaptırmış olduğum aşağıda belirtilen ders/derslerden başarısız oldum. Lisansüstü Eğitim Öğretim Yönetmeliğinin 22. maddesi gereği kayıtlı olduğum programdan almam gereken asgari ders şartlarını sağladım.</w:t>
      </w:r>
    </w:p>
    <w:p w14:paraId="5B658AAF" w14:textId="200D8A0E" w:rsidR="00156726" w:rsidRDefault="00156726" w:rsidP="006242F0">
      <w:pPr>
        <w:spacing w:after="240"/>
        <w:ind w:firstLine="720"/>
        <w:jc w:val="both"/>
      </w:pPr>
      <w:r>
        <w:t xml:space="preserve">Bu nedenle </w:t>
      </w:r>
      <w:r w:rsidR="006242F0">
        <w:t xml:space="preserve">daha önce alıp </w:t>
      </w:r>
      <w:r>
        <w:t>başarısız olduğum ders</w:t>
      </w:r>
      <w:r w:rsidR="006242F0">
        <w:t>/ders</w:t>
      </w:r>
      <w:r>
        <w:t>lerin transkriptimden çıkarılması konusunda gereğini arz ederim.  .... / .... / 202..</w:t>
      </w:r>
    </w:p>
    <w:p w14:paraId="38510B7D" w14:textId="77777777" w:rsidR="00606584" w:rsidRDefault="00000000">
      <w:pPr>
        <w:spacing w:after="280"/>
        <w:jc w:val="right"/>
      </w:pPr>
      <w:r>
        <w:t>(Adı, Soyadı, İmza)</w:t>
      </w:r>
    </w:p>
    <w:p w14:paraId="18328005" w14:textId="77777777" w:rsidR="00606584" w:rsidRDefault="00000000">
      <w:pPr>
        <w:spacing w:after="100"/>
      </w:pPr>
      <w:r>
        <w:rPr>
          <w:b/>
        </w:rPr>
        <w:t xml:space="preserve">Adres : </w:t>
      </w:r>
      <w:r>
        <w:t>................................................................................................</w:t>
      </w:r>
    </w:p>
    <w:p w14:paraId="64660FD7" w14:textId="77777777" w:rsidR="00606584" w:rsidRDefault="00000000">
      <w:pPr>
        <w:spacing w:after="100"/>
      </w:pPr>
      <w:r>
        <w:rPr>
          <w:b/>
        </w:rPr>
        <w:t xml:space="preserve">GSM : </w:t>
      </w:r>
      <w:r>
        <w:t>................................................................................................</w:t>
      </w:r>
    </w:p>
    <w:p w14:paraId="3A7A84A5" w14:textId="77777777" w:rsidR="00606584" w:rsidRDefault="00000000">
      <w:pPr>
        <w:spacing w:after="100"/>
      </w:pPr>
      <w:r>
        <w:rPr>
          <w:b/>
        </w:rPr>
        <w:t xml:space="preserve">E-posta : </w:t>
      </w:r>
      <w:r>
        <w:t>................................................................................................</w:t>
      </w:r>
    </w:p>
    <w:p w14:paraId="093F8A1B" w14:textId="5915CFC7" w:rsidR="00606584" w:rsidRDefault="00156726">
      <w:pPr>
        <w:pBdr>
          <w:bottom w:val="single" w:sz="8" w:space="0" w:color="D5BC8A"/>
        </w:pBdr>
        <w:spacing w:before="140" w:after="100"/>
      </w:pPr>
      <w:r>
        <w:rPr>
          <w:b/>
        </w:rPr>
        <w:t>ÇIKARILMASI İSTENİLEN DERS/DERSLER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8"/>
        <w:gridCol w:w="846"/>
        <w:gridCol w:w="632"/>
        <w:gridCol w:w="4807"/>
        <w:gridCol w:w="881"/>
        <w:gridCol w:w="788"/>
        <w:gridCol w:w="760"/>
      </w:tblGrid>
      <w:tr w:rsidR="00606584" w:rsidRPr="003A1CEE" w14:paraId="3957BCF0" w14:textId="77777777" w:rsidTr="003A1CEE">
        <w:trPr>
          <w:trHeight w:val="525"/>
        </w:trPr>
        <w:tc>
          <w:tcPr>
            <w:tcW w:w="438" w:type="pct"/>
            <w:vAlign w:val="center"/>
          </w:tcPr>
          <w:p w14:paraId="65A1F151" w14:textId="77777777" w:rsidR="00606584" w:rsidRPr="003A1CEE" w:rsidRDefault="00000000">
            <w:pPr>
              <w:spacing w:before="100" w:after="100"/>
              <w:jc w:val="center"/>
              <w:rPr>
                <w:color w:val="000000" w:themeColor="text1"/>
              </w:rPr>
            </w:pPr>
            <w:r w:rsidRPr="003A1CEE">
              <w:rPr>
                <w:b/>
                <w:color w:val="000000" w:themeColor="text1"/>
              </w:rPr>
              <w:t>Dönem</w:t>
            </w:r>
          </w:p>
        </w:tc>
        <w:tc>
          <w:tcPr>
            <w:tcW w:w="432" w:type="pct"/>
            <w:vAlign w:val="center"/>
          </w:tcPr>
          <w:p w14:paraId="10B3A385" w14:textId="77777777" w:rsidR="00606584" w:rsidRPr="003A1CEE" w:rsidRDefault="00000000">
            <w:pPr>
              <w:spacing w:before="100" w:after="100"/>
              <w:jc w:val="center"/>
              <w:rPr>
                <w:color w:val="000000" w:themeColor="text1"/>
              </w:rPr>
            </w:pPr>
            <w:r w:rsidRPr="003A1CEE">
              <w:rPr>
                <w:b/>
                <w:color w:val="000000" w:themeColor="text1"/>
              </w:rPr>
              <w:t>Yarıyıl</w:t>
            </w:r>
          </w:p>
        </w:tc>
        <w:tc>
          <w:tcPr>
            <w:tcW w:w="343" w:type="pct"/>
            <w:vAlign w:val="center"/>
          </w:tcPr>
          <w:p w14:paraId="5694D8CB" w14:textId="77777777" w:rsidR="00606584" w:rsidRPr="003A1CEE" w:rsidRDefault="00000000">
            <w:pPr>
              <w:spacing w:before="100" w:after="100"/>
              <w:jc w:val="center"/>
              <w:rPr>
                <w:color w:val="000000" w:themeColor="text1"/>
              </w:rPr>
            </w:pPr>
            <w:r w:rsidRPr="003A1CEE">
              <w:rPr>
                <w:b/>
                <w:color w:val="000000" w:themeColor="text1"/>
              </w:rPr>
              <w:t>Kod</w:t>
            </w:r>
          </w:p>
        </w:tc>
        <w:tc>
          <w:tcPr>
            <w:tcW w:w="2524" w:type="pct"/>
            <w:vAlign w:val="center"/>
          </w:tcPr>
          <w:p w14:paraId="274DB56B" w14:textId="77777777" w:rsidR="00606584" w:rsidRPr="003A1CEE" w:rsidRDefault="00000000">
            <w:pPr>
              <w:spacing w:before="100" w:after="100"/>
              <w:jc w:val="center"/>
              <w:rPr>
                <w:color w:val="000000" w:themeColor="text1"/>
              </w:rPr>
            </w:pPr>
            <w:r w:rsidRPr="003A1CEE">
              <w:rPr>
                <w:b/>
                <w:color w:val="000000" w:themeColor="text1"/>
              </w:rPr>
              <w:t>Ders adı</w:t>
            </w:r>
          </w:p>
        </w:tc>
        <w:tc>
          <w:tcPr>
            <w:tcW w:w="450" w:type="pct"/>
            <w:vAlign w:val="center"/>
          </w:tcPr>
          <w:p w14:paraId="6B35A342" w14:textId="77777777" w:rsidR="00606584" w:rsidRPr="003A1CEE" w:rsidRDefault="00000000">
            <w:pPr>
              <w:spacing w:before="100" w:after="100"/>
              <w:jc w:val="center"/>
              <w:rPr>
                <w:color w:val="000000" w:themeColor="text1"/>
              </w:rPr>
            </w:pPr>
            <w:r w:rsidRPr="003A1CEE">
              <w:rPr>
                <w:b/>
                <w:color w:val="000000" w:themeColor="text1"/>
              </w:rPr>
              <w:t>Kredisi</w:t>
            </w:r>
          </w:p>
        </w:tc>
        <w:tc>
          <w:tcPr>
            <w:tcW w:w="403" w:type="pct"/>
            <w:vAlign w:val="center"/>
          </w:tcPr>
          <w:p w14:paraId="03C50F92" w14:textId="77777777" w:rsidR="00606584" w:rsidRPr="003A1CEE" w:rsidRDefault="00000000">
            <w:pPr>
              <w:spacing w:before="100" w:after="100"/>
              <w:jc w:val="center"/>
              <w:rPr>
                <w:color w:val="000000" w:themeColor="text1"/>
              </w:rPr>
            </w:pPr>
            <w:r w:rsidRPr="003A1CEE">
              <w:rPr>
                <w:b/>
                <w:color w:val="000000" w:themeColor="text1"/>
              </w:rPr>
              <w:t>AKTS</w:t>
            </w:r>
          </w:p>
        </w:tc>
        <w:tc>
          <w:tcPr>
            <w:tcW w:w="411" w:type="pct"/>
            <w:vAlign w:val="center"/>
          </w:tcPr>
          <w:p w14:paraId="39F2F96E" w14:textId="77777777" w:rsidR="00606584" w:rsidRPr="003A1CEE" w:rsidRDefault="00000000">
            <w:pPr>
              <w:spacing w:before="100" w:after="100"/>
              <w:jc w:val="center"/>
              <w:rPr>
                <w:color w:val="000000" w:themeColor="text1"/>
              </w:rPr>
            </w:pPr>
            <w:r w:rsidRPr="003A1CEE">
              <w:rPr>
                <w:b/>
                <w:color w:val="000000" w:themeColor="text1"/>
              </w:rPr>
              <w:t>Notu</w:t>
            </w:r>
          </w:p>
        </w:tc>
      </w:tr>
      <w:tr w:rsidR="00606584" w:rsidRPr="003A1CEE" w14:paraId="38CA8084" w14:textId="77777777" w:rsidTr="003A1CEE">
        <w:trPr>
          <w:trHeight w:val="525"/>
        </w:trPr>
        <w:tc>
          <w:tcPr>
            <w:tcW w:w="438" w:type="pct"/>
            <w:vAlign w:val="center"/>
          </w:tcPr>
          <w:p w14:paraId="75F82411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32" w:type="pct"/>
            <w:vAlign w:val="center"/>
          </w:tcPr>
          <w:p w14:paraId="4B8C9B0F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343" w:type="pct"/>
            <w:vAlign w:val="center"/>
          </w:tcPr>
          <w:p w14:paraId="6C256417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2524" w:type="pct"/>
            <w:vAlign w:val="center"/>
          </w:tcPr>
          <w:p w14:paraId="717DB7CB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50" w:type="pct"/>
            <w:vAlign w:val="center"/>
          </w:tcPr>
          <w:p w14:paraId="7F00E718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03" w:type="pct"/>
            <w:vAlign w:val="center"/>
          </w:tcPr>
          <w:p w14:paraId="60AE89C4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11" w:type="pct"/>
            <w:vAlign w:val="center"/>
          </w:tcPr>
          <w:p w14:paraId="22E7FC65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</w:tr>
      <w:tr w:rsidR="00606584" w:rsidRPr="003A1CEE" w14:paraId="49115596" w14:textId="77777777" w:rsidTr="003A1CEE">
        <w:trPr>
          <w:trHeight w:val="514"/>
        </w:trPr>
        <w:tc>
          <w:tcPr>
            <w:tcW w:w="438" w:type="pct"/>
            <w:vAlign w:val="center"/>
          </w:tcPr>
          <w:p w14:paraId="4BB108EA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32" w:type="pct"/>
            <w:vAlign w:val="center"/>
          </w:tcPr>
          <w:p w14:paraId="61AFE55A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343" w:type="pct"/>
            <w:vAlign w:val="center"/>
          </w:tcPr>
          <w:p w14:paraId="33FEA090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2524" w:type="pct"/>
            <w:vAlign w:val="center"/>
          </w:tcPr>
          <w:p w14:paraId="4A62793F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50" w:type="pct"/>
            <w:vAlign w:val="center"/>
          </w:tcPr>
          <w:p w14:paraId="3ED243EC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03" w:type="pct"/>
            <w:vAlign w:val="center"/>
          </w:tcPr>
          <w:p w14:paraId="23848D01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11" w:type="pct"/>
            <w:vAlign w:val="center"/>
          </w:tcPr>
          <w:p w14:paraId="2F2211CB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</w:tr>
      <w:tr w:rsidR="00606584" w:rsidRPr="003A1CEE" w14:paraId="34AF6AE4" w14:textId="77777777" w:rsidTr="003A1CEE">
        <w:trPr>
          <w:trHeight w:val="525"/>
        </w:trPr>
        <w:tc>
          <w:tcPr>
            <w:tcW w:w="438" w:type="pct"/>
            <w:vAlign w:val="center"/>
          </w:tcPr>
          <w:p w14:paraId="390D4837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32" w:type="pct"/>
            <w:vAlign w:val="center"/>
          </w:tcPr>
          <w:p w14:paraId="4D982EF6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343" w:type="pct"/>
            <w:vAlign w:val="center"/>
          </w:tcPr>
          <w:p w14:paraId="624E6A0F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2524" w:type="pct"/>
            <w:vAlign w:val="center"/>
          </w:tcPr>
          <w:p w14:paraId="7547A15B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50" w:type="pct"/>
            <w:vAlign w:val="center"/>
          </w:tcPr>
          <w:p w14:paraId="58060D14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03" w:type="pct"/>
            <w:vAlign w:val="center"/>
          </w:tcPr>
          <w:p w14:paraId="7B309D31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11" w:type="pct"/>
            <w:vAlign w:val="center"/>
          </w:tcPr>
          <w:p w14:paraId="130B5458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</w:tr>
      <w:tr w:rsidR="00606584" w:rsidRPr="003A1CEE" w14:paraId="34F64DD2" w14:textId="77777777" w:rsidTr="003A1CEE">
        <w:trPr>
          <w:trHeight w:val="525"/>
        </w:trPr>
        <w:tc>
          <w:tcPr>
            <w:tcW w:w="438" w:type="pct"/>
            <w:vAlign w:val="center"/>
          </w:tcPr>
          <w:p w14:paraId="48A48C23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32" w:type="pct"/>
            <w:vAlign w:val="center"/>
          </w:tcPr>
          <w:p w14:paraId="6BA0F65A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343" w:type="pct"/>
            <w:vAlign w:val="center"/>
          </w:tcPr>
          <w:p w14:paraId="1917BA28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2524" w:type="pct"/>
            <w:vAlign w:val="center"/>
          </w:tcPr>
          <w:p w14:paraId="3E4D53BE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50" w:type="pct"/>
            <w:vAlign w:val="center"/>
          </w:tcPr>
          <w:p w14:paraId="3792773E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03" w:type="pct"/>
            <w:vAlign w:val="center"/>
          </w:tcPr>
          <w:p w14:paraId="08F5497D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11" w:type="pct"/>
            <w:vAlign w:val="center"/>
          </w:tcPr>
          <w:p w14:paraId="4510EA38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</w:tr>
      <w:tr w:rsidR="00606584" w:rsidRPr="003A1CEE" w14:paraId="56732930" w14:textId="77777777" w:rsidTr="003A1CEE">
        <w:trPr>
          <w:trHeight w:val="525"/>
        </w:trPr>
        <w:tc>
          <w:tcPr>
            <w:tcW w:w="438" w:type="pct"/>
            <w:vAlign w:val="center"/>
          </w:tcPr>
          <w:p w14:paraId="68144535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32" w:type="pct"/>
            <w:vAlign w:val="center"/>
          </w:tcPr>
          <w:p w14:paraId="6CAFECE0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343" w:type="pct"/>
            <w:vAlign w:val="center"/>
          </w:tcPr>
          <w:p w14:paraId="341F396C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2524" w:type="pct"/>
            <w:vAlign w:val="center"/>
          </w:tcPr>
          <w:p w14:paraId="2CEABB3A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50" w:type="pct"/>
            <w:vAlign w:val="center"/>
          </w:tcPr>
          <w:p w14:paraId="441D757D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03" w:type="pct"/>
            <w:vAlign w:val="center"/>
          </w:tcPr>
          <w:p w14:paraId="393118F3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11" w:type="pct"/>
            <w:vAlign w:val="center"/>
          </w:tcPr>
          <w:p w14:paraId="2B96E245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</w:tr>
    </w:tbl>
    <w:p w14:paraId="1AFFF227" w14:textId="77777777" w:rsidR="00606584" w:rsidRDefault="00000000">
      <w:pPr>
        <w:pBdr>
          <w:bottom w:val="single" w:sz="8" w:space="0" w:color="D5BC8A"/>
        </w:pBdr>
        <w:spacing w:before="360" w:after="180"/>
      </w:pPr>
      <w:r>
        <w:rPr>
          <w:b/>
        </w:rPr>
        <w:t>DANIŞMAN GÖRÜŞÜ</w:t>
      </w:r>
    </w:p>
    <w:p w14:paraId="67F9823B" w14:textId="04EF1605" w:rsidR="00606584" w:rsidRDefault="00000000">
      <w:pPr>
        <w:spacing w:after="160"/>
        <w:jc w:val="both"/>
      </w:pPr>
      <w:r>
        <w:t xml:space="preserve">Danışmanlığını yürüttüğüm ........................................................................’ın daha önce almış </w:t>
      </w:r>
      <w:r w:rsidR="00156726">
        <w:t>ve başarsız</w:t>
      </w:r>
      <w:r>
        <w:t xml:space="preserve"> </w:t>
      </w:r>
      <w:r w:rsidR="00156726">
        <w:t xml:space="preserve">olduğu yukarıdaki </w:t>
      </w:r>
      <w:r>
        <w:t xml:space="preserve">derslerin </w:t>
      </w:r>
      <w:r w:rsidR="00156726">
        <w:t xml:space="preserve">çıkarılması </w:t>
      </w:r>
      <w:r>
        <w:t>uygun görülmüştür.     .... / .... / 202..</w:t>
      </w:r>
    </w:p>
    <w:p w14:paraId="01DD3A0F" w14:textId="77777777" w:rsidR="00606584" w:rsidRDefault="00000000">
      <w:pPr>
        <w:jc w:val="right"/>
      </w:pPr>
      <w:r>
        <w:t>(Unvanı, Adı, Soyadı, İmza)</w:t>
      </w:r>
    </w:p>
    <w:p w14:paraId="742AC477" w14:textId="77777777" w:rsidR="00A06EA0" w:rsidRDefault="00A06EA0">
      <w:pPr>
        <w:jc w:val="right"/>
      </w:pPr>
    </w:p>
    <w:p w14:paraId="1EF4274F" w14:textId="77777777" w:rsidR="00A06EA0" w:rsidRDefault="00A06EA0" w:rsidP="00A06EA0">
      <w:pPr>
        <w:spacing w:after="240"/>
      </w:pPr>
      <w:r>
        <w:rPr>
          <w:b/>
        </w:rPr>
        <w:t xml:space="preserve">Ek: </w:t>
      </w:r>
      <w:r>
        <w:t>Transkript</w:t>
      </w:r>
    </w:p>
    <w:p w14:paraId="0DAF73A5" w14:textId="77777777" w:rsidR="00A06EA0" w:rsidRDefault="00A06EA0">
      <w:pPr>
        <w:jc w:val="right"/>
      </w:pPr>
    </w:p>
    <w:sectPr w:rsidR="00A06EA0" w:rsidSect="003A1CEE">
      <w:pgSz w:w="11906" w:h="16838"/>
      <w:pgMar w:top="737" w:right="1162" w:bottom="737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2257102">
    <w:abstractNumId w:val="8"/>
  </w:num>
  <w:num w:numId="2" w16cid:durableId="743376938">
    <w:abstractNumId w:val="6"/>
  </w:num>
  <w:num w:numId="3" w16cid:durableId="797190670">
    <w:abstractNumId w:val="5"/>
  </w:num>
  <w:num w:numId="4" w16cid:durableId="1766028181">
    <w:abstractNumId w:val="4"/>
  </w:num>
  <w:num w:numId="5" w16cid:durableId="308290947">
    <w:abstractNumId w:val="7"/>
  </w:num>
  <w:num w:numId="6" w16cid:durableId="1960603361">
    <w:abstractNumId w:val="3"/>
  </w:num>
  <w:num w:numId="7" w16cid:durableId="1900557345">
    <w:abstractNumId w:val="2"/>
  </w:num>
  <w:num w:numId="8" w16cid:durableId="386494166">
    <w:abstractNumId w:val="1"/>
  </w:num>
  <w:num w:numId="9" w16cid:durableId="14041389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4F6"/>
    <w:rsid w:val="0015074B"/>
    <w:rsid w:val="00156726"/>
    <w:rsid w:val="0029639D"/>
    <w:rsid w:val="00326F90"/>
    <w:rsid w:val="003A1CEE"/>
    <w:rsid w:val="00606584"/>
    <w:rsid w:val="006242F0"/>
    <w:rsid w:val="00A06EA0"/>
    <w:rsid w:val="00A60F79"/>
    <w:rsid w:val="00AA1D8D"/>
    <w:rsid w:val="00AD6073"/>
    <w:rsid w:val="00B47730"/>
    <w:rsid w:val="00BC15A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ECCFD3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6</cp:revision>
  <dcterms:created xsi:type="dcterms:W3CDTF">2026-09-24T06:36:00Z</dcterms:created>
  <dcterms:modified xsi:type="dcterms:W3CDTF">2026-09-24T09:11:00Z</dcterms:modified>
  <cp:category/>
</cp:coreProperties>
</file>